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CERTIFICATE OF TRANSLATION</w:t>
      </w:r>
    </w:p>
    <w:p>
      <w:pPr>
        <w:jc w:val="center"/>
      </w:pPr>
      <w:r>
        <w:rPr>
          <w:color w:val="5F6B7A"/>
          <w:sz w:val="18"/>
        </w:rPr>
        <w:t>For filings with U.S. Citizenship and Immigration Services · 8 CFR § 103.2(b)(3)</w:t>
      </w:r>
    </w:p>
    <w:p/>
    <w:p>
      <w:r>
        <w:t>I, [TRANSLATOR FULL NAME], certify that I am competent to translate from [SOURCE LANGUAGE] into English, and that the attached English translation of the document described below is a full, complete, and accurate translation of the original document.</w:t>
      </w:r>
    </w:p>
    <w:p/>
    <w:p>
      <w:r>
        <w:rPr>
          <w:b/>
        </w:rPr>
        <w:t xml:space="preserve">Document translated: </w:t>
      </w:r>
      <w:r>
        <w:t>________________________________________________</w:t>
      </w:r>
    </w:p>
    <w:p>
      <w:r>
        <w:rPr>
          <w:b/>
        </w:rPr>
        <w:t xml:space="preserve">Number of pages: </w:t>
      </w:r>
      <w:r>
        <w:t>________________________________________________</w:t>
      </w:r>
    </w:p>
    <w:p>
      <w:r>
        <w:rPr>
          <w:b/>
        </w:rPr>
        <w:t xml:space="preserve">Source language: </w:t>
      </w:r>
      <w:r>
        <w:t>________________________________________________</w:t>
      </w:r>
    </w:p>
    <w:p/>
    <w:p>
      <w:r>
        <w:rPr>
          <w:b/>
        </w:rPr>
        <w:t xml:space="preserve">Signature: </w:t>
      </w:r>
      <w:r>
        <w:t>________________________________________________</w:t>
      </w:r>
    </w:p>
    <w:p>
      <w:r>
        <w:rPr>
          <w:b/>
        </w:rPr>
        <w:t xml:space="preserve">Printed name: </w:t>
      </w:r>
      <w:r>
        <w:t>________________________________________________</w:t>
      </w:r>
    </w:p>
    <w:p>
      <w:r>
        <w:rPr>
          <w:b/>
        </w:rPr>
        <w:t xml:space="preserve">Address: </w:t>
      </w:r>
      <w:r>
        <w:t>________________________________________________</w:t>
      </w:r>
    </w:p>
    <w:p>
      <w:r>
        <w:rPr>
          <w:b/>
        </w:rPr>
        <w:t xml:space="preserve">Telephone: </w:t>
      </w:r>
      <w:r>
        <w:t>________________________________________________</w:t>
      </w:r>
    </w:p>
    <w:p>
      <w:r>
        <w:rPr>
          <w:b/>
        </w:rPr>
        <w:t xml:space="preserve">Email: </w:t>
      </w:r>
      <w:r>
        <w:t>________________________________________________</w:t>
      </w:r>
    </w:p>
    <w:p>
      <w:r>
        <w:rPr>
          <w:b/>
        </w:rPr>
        <w:t xml:space="preserve">Date: </w:t>
      </w:r>
      <w:r>
        <w:t>________________________________________________</w:t>
      </w:r>
    </w:p>
    <w:p/>
    <w:p>
      <w:r>
        <w:rPr>
          <w:color w:val="5F6B7A"/>
          <w:sz w:val="16"/>
        </w:rPr>
        <w:t>Template provided by Fidelis Certified Translations (fideliscertified.com). This is a reference template, not legal advice. Confirm the current requirements of the receiving agency or court before filing.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